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[  دانشکده مدیریت تهران غرب  ]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[  دانشکده مدیریت تهران غرب  ]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93*991**3*</w:t>
            </w:r>
          </w:p>
        </w:tc>
        <w:tc>
          <w:tcPr>
            <w:tcW w:type="dxa" w:w="1728"/>
          </w:tcPr>
          <w:p>
            <w:r>
              <w:t>Farshad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Farshad_rs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919*322*02</w:t>
            </w:r>
          </w:p>
        </w:tc>
        <w:tc>
          <w:tcPr>
            <w:tcW w:type="dxa" w:w="1728"/>
          </w:tcPr>
          <w:p>
            <w:r>
              <w:t>Dj Pedram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Dj_Peeedraaam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9212793110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>
              <w:t>Ghobad</w:t>
            </w:r>
          </w:p>
        </w:tc>
        <w:tc>
          <w:tcPr>
            <w:tcW w:type="dxa" w:w="1728"/>
          </w:tcPr>
          <w:p>
            <w:r>
              <w:t>Sinaghobad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91203***40</w:t>
            </w:r>
          </w:p>
        </w:tc>
        <w:tc>
          <w:tcPr>
            <w:tcW w:type="dxa" w:w="1728"/>
          </w:tcPr>
          <w:p>
            <w:r>
              <w:t>Elyana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El_ya_na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93*32**7*1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Nrm</w:t>
            </w:r>
          </w:p>
        </w:tc>
        <w:tc>
          <w:tcPr>
            <w:tcW w:type="dxa" w:w="1728"/>
          </w:tcPr>
          <w:p>
            <w:r>
              <w:t>Amirmath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9121*7**07</w:t>
            </w:r>
          </w:p>
        </w:tc>
        <w:tc>
          <w:tcPr>
            <w:tcW w:type="dxa" w:w="1728"/>
          </w:tcPr>
          <w:p>
            <w:r>
              <w:t>llı ̶e̶rFªη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ErO_Ofan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919*3*7099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91210***33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91249****4</w:t>
            </w:r>
          </w:p>
        </w:tc>
        <w:tc>
          <w:tcPr>
            <w:tcW w:type="dxa" w:w="1728"/>
          </w:tcPr>
          <w:p>
            <w:r>
              <w:t>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930**0204*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Iammehran_81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93**471909</w:t>
            </w:r>
          </w:p>
        </w:tc>
        <w:tc>
          <w:tcPr>
            <w:tcW w:type="dxa" w:w="1728"/>
          </w:tcPr>
          <w:p>
            <w:r>
              <w:t>sogol🐋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sogolllmh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9379072*0*</w:t>
            </w:r>
          </w:p>
        </w:tc>
        <w:tc>
          <w:tcPr>
            <w:tcW w:type="dxa" w:w="1728"/>
          </w:tcPr>
          <w:p>
            <w:r>
              <w:t>MEHRAB</w:t>
            </w:r>
          </w:p>
        </w:tc>
        <w:tc>
          <w:tcPr>
            <w:tcW w:type="dxa" w:w="1728"/>
          </w:tcPr>
          <w:p>
            <w:r>
              <w:t>hf</w:t>
            </w:r>
          </w:p>
        </w:tc>
        <w:tc>
          <w:tcPr>
            <w:tcW w:type="dxa" w:w="1728"/>
          </w:tcPr>
          <w:p>
            <w:r>
              <w:t>mehrab_hf81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937*910*39</w:t>
            </w:r>
          </w:p>
        </w:tc>
        <w:tc>
          <w:tcPr>
            <w:tcW w:type="dxa" w:w="1728"/>
          </w:tcPr>
          <w:p>
            <w:r>
              <w:t>Armita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Armitasfr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902*3***34</w:t>
            </w:r>
          </w:p>
        </w:tc>
        <w:tc>
          <w:tcPr>
            <w:tcW w:type="dxa" w:w="1728"/>
          </w:tcPr>
          <w:p>
            <w:r>
              <w:t>Arshia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Arshia676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9121142077</w:t>
            </w:r>
          </w:p>
        </w:tc>
        <w:tc>
          <w:tcPr>
            <w:tcW w:type="dxa" w:w="1728"/>
          </w:tcPr>
          <w:p>
            <w:r>
              <w:t>Izadi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91224**4**</w:t>
            </w:r>
          </w:p>
        </w:tc>
        <w:tc>
          <w:tcPr>
            <w:tcW w:type="dxa" w:w="1728"/>
          </w:tcPr>
          <w:p>
            <w:r>
              <w:t>kamyar</w:t>
            </w:r>
          </w:p>
        </w:tc>
        <w:tc>
          <w:tcPr>
            <w:tcW w:type="dxa" w:w="1728"/>
          </w:tcPr>
          <w:p>
            <w:r>
              <w:t>jalali</w:t>
            </w:r>
          </w:p>
        </w:tc>
        <w:tc>
          <w:tcPr>
            <w:tcW w:type="dxa" w:w="1728"/>
          </w:tcPr>
          <w:p>
            <w:r>
              <w:t>seyed_kamyar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912*3449*2</w:t>
            </w:r>
          </w:p>
        </w:tc>
        <w:tc>
          <w:tcPr>
            <w:tcW w:type="dxa" w:w="1728"/>
          </w:tcPr>
          <w:p>
            <w:r>
              <w:t>Darya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Sea_zzzz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912*0*419*</w:t>
            </w:r>
          </w:p>
        </w:tc>
        <w:tc>
          <w:tcPr>
            <w:tcW w:type="dxa" w:w="1728"/>
          </w:tcPr>
          <w:p>
            <w:r>
              <w:t>prhm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prhm8233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9392370*09</w:t>
            </w:r>
          </w:p>
        </w:tc>
        <w:tc>
          <w:tcPr>
            <w:tcW w:type="dxa" w:w="1728"/>
          </w:tcPr>
          <w:p>
            <w:r>
              <w:t>𝗠𝗲𝗵𝗿𝘀𝗵𝗶𝗱🧚🏼‍♀️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Mehrshiid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912213*9**</w:t>
            </w:r>
          </w:p>
        </w:tc>
        <w:tc>
          <w:tcPr>
            <w:tcW w:type="dxa" w:w="1728"/>
          </w:tcPr>
          <w:p>
            <w:r>
              <w:t>~ 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Mm_5879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91*1*21*32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91229*19**</w:t>
            </w:r>
          </w:p>
        </w:tc>
        <w:tc>
          <w:tcPr>
            <w:tcW w:type="dxa" w:w="1728"/>
          </w:tcPr>
          <w:p>
            <w:r>
              <w:t>Bahman</w:t>
            </w:r>
          </w:p>
        </w:tc>
        <w:tc>
          <w:tcPr>
            <w:tcW w:type="dxa" w:w="1728"/>
          </w:tcPr>
          <w:p>
            <w:r>
              <w:t>Bahmanian Rad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93*2*41714</w:t>
            </w:r>
          </w:p>
        </w:tc>
        <w:tc>
          <w:tcPr>
            <w:tcW w:type="dxa" w:w="1728"/>
          </w:tcPr>
          <w:p>
            <w:r>
              <w:t>FL-</w:t>
            </w:r>
          </w:p>
        </w:tc>
        <w:tc>
          <w:tcPr>
            <w:tcW w:type="dxa" w:w="1728"/>
          </w:tcPr>
          <w:p>
            <w:r>
              <w:t>Haghighi</w:t>
            </w:r>
          </w:p>
        </w:tc>
        <w:tc>
          <w:tcPr>
            <w:tcW w:type="dxa" w:w="1728"/>
          </w:tcPr>
          <w:p>
            <w:r>
              <w:t>FL_haghighi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990440*3*0</w:t>
            </w:r>
          </w:p>
        </w:tc>
        <w:tc>
          <w:tcPr>
            <w:tcW w:type="dxa" w:w="1728"/>
          </w:tcPr>
          <w:p>
            <w:r>
              <w:t>Mohammadali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mamawdali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93307704*1</w:t>
            </w:r>
          </w:p>
        </w:tc>
        <w:tc>
          <w:tcPr>
            <w:tcW w:type="dxa" w:w="1728"/>
          </w:tcPr>
          <w:p>
            <w:r>
              <w:t>Yeganeh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Yeganehmrd83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912947*109</w:t>
            </w:r>
          </w:p>
        </w:tc>
        <w:tc>
          <w:tcPr>
            <w:tcW w:type="dxa" w:w="1728"/>
          </w:tcPr>
          <w:p>
            <w:r>
              <w:t>Aryan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AryanAzarniya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9129223027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Faghaee</w:t>
            </w:r>
          </w:p>
        </w:tc>
        <w:tc>
          <w:tcPr>
            <w:tcW w:type="dxa" w:w="1728"/>
          </w:tcPr>
          <w:p>
            <w:r>
              <w:t>Alireza_Faghaee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91201*19**</w:t>
            </w:r>
          </w:p>
        </w:tc>
        <w:tc>
          <w:tcPr>
            <w:tcW w:type="dxa" w:w="1728"/>
          </w:tcPr>
          <w:p>
            <w:r>
              <w:t>Nura Asgari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nuraasg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9330392*93</w:t>
            </w:r>
          </w:p>
        </w:tc>
        <w:tc>
          <w:tcPr>
            <w:tcW w:type="dxa" w:w="1728"/>
          </w:tcPr>
          <w:p>
            <w:r>
              <w:t>Nstrn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Nstrnnt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91213010*9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Gheisari</w:t>
            </w:r>
          </w:p>
        </w:tc>
        <w:tc>
          <w:tcPr>
            <w:tcW w:type="dxa" w:w="1728"/>
          </w:tcPr>
          <w:p>
            <w:r>
              <w:t>GheisariR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93931*****</w:t>
            </w:r>
          </w:p>
        </w:tc>
        <w:tc>
          <w:tcPr>
            <w:tcW w:type="dxa" w:w="1728"/>
          </w:tcPr>
          <w:p>
            <w:r>
              <w:t>MEHRAD VG🔱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MEHRAD_VG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90****9*99</w:t>
            </w:r>
          </w:p>
        </w:tc>
        <w:tc>
          <w:tcPr>
            <w:tcW w:type="dxa" w:w="1728"/>
          </w:tcPr>
          <w:p>
            <w:r>
              <w:t>ɿɱคՈ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iman_faraa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93*443*9**</w:t>
            </w:r>
          </w:p>
        </w:tc>
        <w:tc>
          <w:tcPr>
            <w:tcW w:type="dxa" w:w="1728"/>
          </w:tcPr>
          <w:p>
            <w:r>
              <w:t>Negin</w:t>
            </w:r>
          </w:p>
        </w:tc>
        <w:tc>
          <w:tcPr>
            <w:tcW w:type="dxa" w:w="1728"/>
          </w:tcPr>
          <w:p>
            <w:r>
              <w:t>Ghofrani</w:t>
            </w:r>
          </w:p>
        </w:tc>
        <w:tc>
          <w:tcPr>
            <w:tcW w:type="dxa" w:w="1728"/>
          </w:tcPr>
          <w:p>
            <w:r>
              <w:t>neginops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9191*3*741</w:t>
            </w:r>
          </w:p>
        </w:tc>
        <w:tc>
          <w:tcPr>
            <w:tcW w:type="dxa" w:w="1728"/>
          </w:tcPr>
          <w:p>
            <w:r>
              <w:t>شهرزاد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Shahrzad_125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919794134*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Saeed_imn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93**391999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Kianejad</w:t>
            </w:r>
          </w:p>
        </w:tc>
        <w:tc>
          <w:tcPr>
            <w:tcW w:type="dxa" w:w="1728"/>
          </w:tcPr>
          <w:p>
            <w:r>
              <w:t>Alikian_9978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9194*2**41</w:t>
            </w:r>
          </w:p>
        </w:tc>
        <w:tc>
          <w:tcPr>
            <w:tcW w:type="dxa" w:w="1728"/>
          </w:tcPr>
          <w:p>
            <w:r>
              <w:t>Mahsa 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mohmmadi79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930301041*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ErfanAT8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91203*99**</w:t>
            </w:r>
          </w:p>
        </w:tc>
        <w:tc>
          <w:tcPr>
            <w:tcW w:type="dxa" w:w="1728"/>
          </w:tcPr>
          <w:p>
            <w:r>
              <w:t>Elnaz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Elabh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930*002**9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Mohamadi</w:t>
            </w:r>
          </w:p>
        </w:tc>
        <w:tc>
          <w:tcPr>
            <w:tcW w:type="dxa" w:w="1728"/>
          </w:tcPr>
          <w:p>
            <w:r>
              <w:t>Elaovi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939**27432</w:t>
            </w:r>
          </w:p>
        </w:tc>
        <w:tc>
          <w:tcPr>
            <w:tcW w:type="dxa" w:w="1728"/>
          </w:tcPr>
          <w:p>
            <w:r>
              <w:t>Soroosh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>
              <w:t>Sorooshh_km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939*104**0</w:t>
            </w:r>
          </w:p>
        </w:tc>
        <w:tc>
          <w:tcPr>
            <w:tcW w:type="dxa" w:w="1728"/>
          </w:tcPr>
          <w:p>
            <w:r>
              <w:t>🦋신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aerielly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919*1**411</w:t>
            </w:r>
          </w:p>
        </w:tc>
        <w:tc>
          <w:tcPr>
            <w:tcW w:type="dxa" w:w="1728"/>
          </w:tcPr>
          <w:p>
            <w:r>
              <w:t>Ali____St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ali_st18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903149*3*1</w:t>
            </w:r>
          </w:p>
        </w:tc>
        <w:tc>
          <w:tcPr>
            <w:tcW w:type="dxa" w:w="1728"/>
          </w:tcPr>
          <w:p>
            <w:r>
              <w:t>Melika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922*43**10</w:t>
            </w:r>
          </w:p>
        </w:tc>
        <w:tc>
          <w:tcPr>
            <w:tcW w:type="dxa" w:w="1728"/>
          </w:tcPr>
          <w:p>
            <w:r>
              <w:t>Meyson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meyson_j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937*19*2*7</w:t>
            </w:r>
          </w:p>
        </w:tc>
        <w:tc>
          <w:tcPr>
            <w:tcW w:type="dxa" w:w="1728"/>
          </w:tcPr>
          <w:p>
            <w:r>
              <w:t>-غزل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9191102493</w:t>
            </w:r>
          </w:p>
        </w:tc>
        <w:tc>
          <w:tcPr>
            <w:tcW w:type="dxa" w:w="1728"/>
          </w:tcPr>
          <w:p>
            <w:r>
              <w:t>mohammad.A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mohmam1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9029*0712*</w:t>
            </w:r>
          </w:p>
        </w:tc>
        <w:tc>
          <w:tcPr>
            <w:tcW w:type="dxa" w:w="1728"/>
          </w:tcPr>
          <w:p>
            <w:r>
              <w:t>Sawra_a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Sawra5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903*0*3443</w:t>
            </w:r>
          </w:p>
        </w:tc>
        <w:tc>
          <w:tcPr>
            <w:tcW w:type="dxa" w:w="1728"/>
          </w:tcPr>
          <w:p>
            <w:r>
              <w:t>Romina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rruminaa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939*011*44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Poursiasi♦️</w:t>
            </w:r>
          </w:p>
        </w:tc>
        <w:tc>
          <w:tcPr>
            <w:tcW w:type="dxa" w:w="1728"/>
          </w:tcPr>
          <w:p>
            <w:r>
              <w:t>ali_poursiasi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9129*30***</w:t>
            </w:r>
          </w:p>
        </w:tc>
        <w:tc>
          <w:tcPr>
            <w:tcW w:type="dxa" w:w="1728"/>
          </w:tcPr>
          <w:p>
            <w:r>
              <w:t>Astel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mi_rizado_r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9194*0*017</w:t>
            </w:r>
          </w:p>
        </w:tc>
        <w:tc>
          <w:tcPr>
            <w:tcW w:type="dxa" w:w="1728"/>
          </w:tcPr>
          <w:p>
            <w:r>
              <w:t>mmd.fhi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mmdFHI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93*77*297*</w:t>
            </w:r>
          </w:p>
        </w:tc>
        <w:tc>
          <w:tcPr>
            <w:tcW w:type="dxa" w:w="1728"/>
          </w:tcPr>
          <w:p>
            <w:r>
              <w:t>ℳaɦdɨ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Mahdi_tvny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9120*73*72</w:t>
            </w:r>
          </w:p>
        </w:tc>
        <w:tc>
          <w:tcPr>
            <w:tcW w:type="dxa" w:w="1728"/>
          </w:tcPr>
          <w:p>
            <w:r>
              <w:t>Aysan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aysanhashmi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93*719*7**</w:t>
            </w:r>
          </w:p>
        </w:tc>
        <w:tc>
          <w:tcPr>
            <w:tcW w:type="dxa" w:w="1728"/>
          </w:tcPr>
          <w:p>
            <w:r>
              <w:t>Myg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Mehdi_yaghmaeii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93*379*039</w:t>
            </w:r>
          </w:p>
        </w:tc>
        <w:tc>
          <w:tcPr>
            <w:tcW w:type="dxa" w:w="1728"/>
          </w:tcPr>
          <w:p>
            <w:r>
              <w:t>Nika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9011322219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amir_jh680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912049*1*1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Dousti Fard</w:t>
            </w:r>
          </w:p>
        </w:tc>
        <w:tc>
          <w:tcPr>
            <w:tcW w:type="dxa" w:w="1728"/>
          </w:tcPr>
          <w:p>
            <w:r>
              <w:t>Amindoustii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91920**097</w:t>
            </w:r>
          </w:p>
        </w:tc>
        <w:tc>
          <w:tcPr>
            <w:tcW w:type="dxa" w:w="1728"/>
          </w:tcPr>
          <w:p>
            <w:r>
              <w:t>𝓝αzα𝓃in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Nazanin_tlb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93*01002*1</w:t>
            </w:r>
          </w:p>
        </w:tc>
        <w:tc>
          <w:tcPr>
            <w:tcW w:type="dxa" w:w="1728"/>
          </w:tcPr>
          <w:p>
            <w:r>
              <w:t>𝙰𝚖𝚒𝚛𝚑𝚘𝚜𝚜𝚎𝚒𝚗.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Amirhossein_navidi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910211**71</w:t>
            </w:r>
          </w:p>
        </w:tc>
        <w:tc>
          <w:tcPr>
            <w:tcW w:type="dxa" w:w="1728"/>
          </w:tcPr>
          <w:p>
            <w:r>
              <w:t>Sin@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LifeisRea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93*741*927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ali_i1a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9030*2*07*</w:t>
            </w:r>
          </w:p>
        </w:tc>
        <w:tc>
          <w:tcPr>
            <w:tcW w:type="dxa" w:w="1728"/>
          </w:tcPr>
          <w:p>
            <w:r>
              <w:t>Faezeh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F_ajorloo77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91019*39*3</w:t>
            </w:r>
          </w:p>
        </w:tc>
        <w:tc>
          <w:tcPr>
            <w:tcW w:type="dxa" w:w="1728"/>
          </w:tcPr>
          <w:p>
            <w:r>
              <w:t>amiroo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themiroo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91237**203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>
              <w:t>Mehdizadeh</w:t>
            </w:r>
          </w:p>
        </w:tc>
        <w:tc>
          <w:tcPr>
            <w:tcW w:type="dxa" w:w="1728"/>
          </w:tcPr>
          <w:p>
            <w:r>
              <w:t>behnammdz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91293*2*0*</w:t>
            </w:r>
          </w:p>
        </w:tc>
        <w:tc>
          <w:tcPr>
            <w:tcW w:type="dxa" w:w="1728"/>
          </w:tcPr>
          <w:p>
            <w:r>
              <w:t>𝓜𝓪𝓷𝓲𝔂𝓪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hellostupiddd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912472*04*</w:t>
            </w:r>
          </w:p>
        </w:tc>
        <w:tc>
          <w:tcPr>
            <w:tcW w:type="dxa" w:w="1728"/>
          </w:tcPr>
          <w:p>
            <w:r>
              <w:t>Amirhosein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AmirH_shj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9109**9141</w:t>
            </w:r>
          </w:p>
        </w:tc>
        <w:tc>
          <w:tcPr>
            <w:tcW w:type="dxa" w:w="1728"/>
          </w:tcPr>
          <w:p>
            <w:r>
              <w:t>💞ZaHRa💞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Maple01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930770**40</w:t>
            </w:r>
          </w:p>
        </w:tc>
        <w:tc>
          <w:tcPr>
            <w:tcW w:type="dxa" w:w="1728"/>
          </w:tcPr>
          <w:p>
            <w:r>
              <w:t>roshanak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roshanak_dshi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9121074774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AliGol1357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93*2*4*911</w:t>
            </w:r>
          </w:p>
        </w:tc>
        <w:tc>
          <w:tcPr>
            <w:tcW w:type="dxa" w:w="1728"/>
          </w:tcPr>
          <w:p>
            <w:r>
              <w:t>Paniz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Paniizhosseini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933*197*49</w:t>
            </w:r>
          </w:p>
        </w:tc>
        <w:tc>
          <w:tcPr>
            <w:tcW w:type="dxa" w:w="1728"/>
          </w:tcPr>
          <w:p>
            <w:r>
              <w:t>Puria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PURIApk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9203*23*40</w:t>
            </w:r>
          </w:p>
        </w:tc>
        <w:tc>
          <w:tcPr>
            <w:tcW w:type="dxa" w:w="1728"/>
          </w:tcPr>
          <w:p>
            <w:r>
              <w:t>Хоссейн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Ho3sseiiin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990*279790</w:t>
            </w:r>
          </w:p>
        </w:tc>
        <w:tc>
          <w:tcPr>
            <w:tcW w:type="dxa" w:w="1728"/>
          </w:tcPr>
          <w:p>
            <w:r>
              <w:t>𝑴𝒂𝒉𝒅𝒊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mahdiiw4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93*1277*07</w:t>
            </w:r>
          </w:p>
        </w:tc>
        <w:tc>
          <w:tcPr>
            <w:tcW w:type="dxa" w:w="1728"/>
          </w:tcPr>
          <w:p>
            <w:r>
              <w:t>.dαɴιelα.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Daniela_es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9129*1*727</w:t>
            </w:r>
          </w:p>
        </w:tc>
        <w:tc>
          <w:tcPr>
            <w:tcW w:type="dxa" w:w="1728"/>
          </w:tcPr>
          <w:p>
            <w:r>
              <w:t>Yekta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ykta_nik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93**04210*</w:t>
            </w:r>
          </w:p>
        </w:tc>
        <w:tc>
          <w:tcPr>
            <w:tcW w:type="dxa" w:w="1728"/>
          </w:tcPr>
          <w:p>
            <w:r>
              <w:t>Sogol</w:t>
            </w:r>
          </w:p>
        </w:tc>
        <w:tc>
          <w:tcPr>
            <w:tcW w:type="dxa" w:w="1728"/>
          </w:tcPr>
          <w:p>
            <w:r>
              <w:t>Khedri</w:t>
            </w:r>
          </w:p>
        </w:tc>
        <w:tc>
          <w:tcPr>
            <w:tcW w:type="dxa" w:w="1728"/>
          </w:tcPr>
          <w:p>
            <w:r>
              <w:t>sogolkhedri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91270****7</w:t>
            </w:r>
          </w:p>
        </w:tc>
        <w:tc>
          <w:tcPr>
            <w:tcW w:type="dxa" w:w="1728"/>
          </w:tcPr>
          <w:p>
            <w:r>
              <w:t>𝑯𝒂𝒎𝒊𝒅𝒓𝒆𝒛𝒂 𝑴.𝑯𝒐𝒔𝒔𝒆𝒊𝒏𝒚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919977*4*3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  <w:tr>
        <w:tc>
          <w:tcPr>
            <w:tcW w:type="dxa" w:w="1728"/>
          </w:tcPr>
          <w:p>
            <w:r>
              <w:t>91292*79*4</w:t>
            </w:r>
          </w:p>
        </w:tc>
        <w:tc>
          <w:tcPr>
            <w:tcW w:type="dxa" w:w="1728"/>
          </w:tcPr>
          <w:p>
            <w:r>
              <w:t>Mohammad Yummy 🎤🎵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m_m_yummy</w:t>
            </w:r>
          </w:p>
        </w:tc>
        <w:tc>
          <w:tcPr>
            <w:tcW w:type="dxa" w:w="1728"/>
          </w:tcPr>
          <w:p>
            <w:r>
              <w:t>[ ⚜《 دانشکده مدیریت تهران غرب 》⚜ ]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[  دانشکده مدیریت تهران غرب  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